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XX市人民政府关于表彰2023年度全市经济社会发展先进单位和个人的决定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各县人民政府，市政府各部门、各直属机构：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2023年，在市委、市政府的坚强领导下，全市上下坚持以习近平新时代中国特色社会主义思想为指导，深入贯彻落实党的二十大精神，紧紧围绕高质量发展目标，攻坚克难、锐意进取，经济社会发展取得显著成效。为表彰先进、树立榜样，进一步激发全市上下干事创业的积极性和创造性，市政府决定对在2023年度经济社会发展中表现突出的先进单位和个人予以表彰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授予XX县等X个县2023年度全市经济社会发展综合考核优秀单位称号。这些地区统筹推进稳增长、促改革、调结构、惠民生、防风险等各项工作，综合实力显著提升，发展质量持续向好，为全市经济社会发展作出了重要贡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二、授予XX工业园区等X个园区2023年度全市产业发展先进园区称号。这些园区坚持创新驱动发展战略，聚焦主导产业，强化招商引资，完善基础设施，优化营商环境，成为推动全市产业转型升级的重要引擎。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三、授予XX企业集团等X家企业2023年度全市优秀企业称号。这些企业坚持诚信经营、创新发展，积极履行社会责任，在推动经济增长、促进就业、科技创新等方面发挥了示范引领作用。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四、授予XXX等X名同志2023年度全市经济社会发展先进个人称号。这些同志立足本职岗位，勇于担当作为，在各自领域取得了优异成绩，展现了新时代XX干部群众的良好精神风貌。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希望受到表彰的单位和个人珍惜荣誉、再接再厉，继续发挥模范带头作用，为全市经济社会发展再立新功。全市各级各部门和广大干部群众要以先进为榜样，深入学习贯彻习近平新时代中国特色社会主义思想，围绕市委、市政府中心工作，开拓创新、扎实工作，为加快建设现代化新XX而努力奋斗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附件：2023年度全市经济社会发展先进单位和个人名单</w:t>
      </w:r>
    </w:p>
    <w:p/>
    <w:p>
      <w:pPr>
        <w:jc w:val="right"/>
      </w:pPr>
      <w:r>
        <w:t>XX市人民政府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