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XX市人民政府第X次常务会议纪要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XXXX年XX月XX日，市长XXX主持召开市人民政府第X次常务会议。副市长XXX、XXX、XXX、XXX，市政府秘书长XXX出席会议。现将会议纪要如下：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一、听取关于全市经济运行情况的汇报。会议听取了市发展和改革委员会关于2023年全市经济运行情况的汇报。会议指出，2023年全市经济运行总体平稳，稳中有进，但也面临一些困难和问题。会议强调，各级各部门要认真贯彻落实中央和省、市决策部署，坚持稳中求进工作总基调，扎实做好稳增长、促改革、调结构、惠民生、防风险各项工作，确保完成全年经济社会发展目标任务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二、审议《XX市优化营商环境实施方案》。会议审议并原则通过了《XX市优化营商环境实施方案》。会议指出，优化营商环境是推动经济高质量发展的重要举措。会议要求，各级各部门要认真落实方案要求，深化放管服改革，进一步简化审批流程，提高办事效率，优化服务质量，努力打造一流营商环境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三、研究关于加强城市管理工作的意见。会议听取了市城市管理局关于加强城市管理工作的意见。会议强调，城市管理关系到城市形象和市民生活质量，各级各部门要高度重视，加强协调配合，加大执法力度，切实解决城市管理中存在的突出问题，不断提升城市管理水平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四、讨论关于推进乡村振兴战略的实施意见。会议讨论了《XX市推进乡村振兴战略实施意见》。会议指出，实施乡村振兴战略是新时代三农工作的总抓手。会议要求，各级各部门要认真贯彻落实中央和省、市关于乡村振兴的决策部署，扎实推进产业振兴、人才振兴、文化振兴、生态振兴、组织振兴，加快农业农村现代化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五、其他事项。会议还研究了其他事项。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出席人员：XXX XXX XXX XXX XXX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列席人员：XXX XXX XXX XXX XXX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记录人员：XXX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XX市人民政府办公室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XXXX年XX月XX日</w:t>
      </w:r>
    </w:p>
    <w:p/>
    <w:p>
      <w:pPr>
        <w:jc w:val="right"/>
      </w:pPr>
      <w:r>
        <w:t>XX市人民政府第X次常务会议纪要</w:t>
      </w:r>
    </w:p>
    <w:p>
      <w:pPr>
        <w:jc w:val="right"/>
      </w:pPr>
      <w: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