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xxxx年度农业农村工作总结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在市委、市政府的正确领导下，市农业农村局坚持以习近平新时代中国特色社会主义思想为指导，深入学习贯彻党的二十大精神，全面落实党中央、国务院关于“三农”工作的决策部署，坚持农业农村优先发展，全面推进乡村振兴，农业农村工作取得新成效。现将全年工作总结如下：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一、基本情况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粮食和重要农产品生产稳定。我们坚决扛稳粮食安全政治责任，粮食种植面积达到xx万亩，总产量xx万吨，同比增长xx%。新建高标准农田xx万亩，累计建成xx万亩。蔬菜种植面积xx万亩，产量xx万吨。生猪存栏xx万头、出栏xx万头，肉类总产量xx万吨。完成春季重大动物疫病防控，免疫密度达到xx%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乡村特色产业加快发展。我们深入推进农业供给侧结构性改革，做大做强乡村特色产业。新增中药材种植面积xx万亩，食用菌产量xx万吨，茶叶产量xx吨。创建省级现代农业产业园x个、市级现代农业产业园xx个。新培育农业龙头企业xx家，农民专业合作社xx家，家庭农场xx家。农产品加工产值达到xx亿元，同比增长xx%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农村人居环境持续改善。我们深入实施农村人居环境整治提升五年行动，建设美丽宜居乡村。完成农村户厕改造xx万户，农村卫生厕所普及率达到xx%。建制村污水处理设施覆盖率达到xx%。农村生活垃圾收运处置体系实现全覆盖。新建“四好农村路”xx公里。创建省级美丽乡村示范村xx个、市级美丽乡村xx个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农村改革深入推进。我们深化农村重点领域改革，激发乡村发展活力。完成农村集体产权制度改革阶段性任务，村级集体经济组织实现全覆盖。土地流转面积达到xx万亩，流转率达到xx%。新型农业经营主体蓬勃发展，纳入名录管理家庭农场xx家。农业社会化服务体系不断健全，服务小农户比例达到xx%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二、主要做法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稳定粮食生产。我们严格落实粮食安全党政同责，将粮食生产任务分解落实到县乡村。实施“藏粮于地、藏粮于技”战略，推广优质粮食品种xx万亩。开展绿色高质高效创建，示范片xx个、面积xx万亩。加强耕地质量保护，推进耕地质量提升行动。强化农业防灾减灾，有效应对自然灾害影响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发展乡村产业。我们坚持“一县一业”“一村一品”，培育壮大乡村特色产业。编制完成乡村产业发展规划，优化产业布局。加大产业扶持力度，落实产业发展资金xx亿元。推进农村一二三产业融合发展，培育产业融合发展示范园x个。强化品牌创建，新增农产品地理标志x个、绿色食品xx个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建设美丽乡村。我们学习借鉴“千万工程”经验，持续推进农村人居环境整治。建立健全长效管护机制，确保设施建得好、用得住。建立“月调度、季通报、年考核”工作推进机制。发动群众参与，开展“美丽庭院”创建活动xx次。强化示范引领，打造一批可复制、可推广的典型经验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促进农民增收。我们多渠道增加农民收入，推动共同富裕。完善利益联结机制，让农民共享产业发展收益。加大农民培训力度，培训高素质农民xx人、农村实用人才xx人。发展乡村旅游，接待游客xx万人次，实现旅游收入xx亿元。强化产销对接，帮助销售农产品xx万元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三、存在问题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（一）农业基础仍需夯实。耕地质量退化问题依然存在，高标准农田建设标准有待提高。农业基础设施薄弱，机械化水平不高。农业科技支撑能力不强，良种良法配套推广不够。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（二）乡村产业发展水平不高。产业链条短，农产品加工转化率偏低。经营主体规模小、实力弱，带农增收能力有限。品牌影响力不大，市场竞争力不强。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（三）农村人居环境整治任务艰巨。部分地区整治标准不高，长效管护机制不健全。农村基础设施建设欠账较多，公共服务供给不足。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（四）农民增收压力加大。农产品价格波动较大，农民增收不确定性增加。农村劳动力外流严重，人才短缺问题突出。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四、下一步工作打算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（一）稳定粮食和重要农产品生产。严格落实粮食安全责任制，确保粮食面积和产量稳定。加快高标准农田建设，提升耕地质量和产出能力。发展现代设施农业，丰富“菜篮子”产品供给。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（二）做大做强乡村特色产业。优化产业布局，培育壮大特色产业集群。加强农业产业强镇建设，打造产业发展平台。加大龙头企业培育力度，完善利益联结机制。推进农业品牌建设，提升农产品市场竞争力。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（三）深入推进农村人居环境整治。接续推进农村人居环境整治提升五年行动。完善农村基础设施，提升公共服务水平。健全长效管护机制，确保建成设施稳定运行。建设美丽宜居村庄，改善农村人居环境。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持续深化农村改革。深化农村土地制度改革，稳慎推进宅基地改革。发展新型农村集体经济，增强村集体服务功能。培育新型农业经营主体，提升农业组织化程度。完善农业社会化服务体系，服务小农户发展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（五）多渠道促进农民增收。发展乡村产业，增加农民经营收入。引导农民外出务工，增加工资性收入。落实强农惠农政策，保障农民转移性收入。发展农村电商和乡村旅游，拓展农民增收空间。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xxxx年，我们将在市委、市政府的坚强领导下，埋头苦干、勇毅前行，奋力推动农业农村现代化，为全面推进乡村振兴、加快建设农业强国作出更大贡献！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xxxx年xx月xx日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（单位名称）</w:t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（盖章）</w:t>
      </w:r>
    </w:p>
    <w:sectPr w:rsidR="00FC693F" w:rsidRPr="0006063C" w:rsidSect="00034616"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